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Letra de cambio</w:t>
      </w:r>
    </w:p>
    <w:p>
      <w:pPr>
        <w:spacing w:after="340"/>
      </w:pPr>
      <w:r>
        <w:rPr>
          <w:b w:val="0"/>
          <w:sz w:val="18"/>
        </w:rPr>
        <w:t>Modelo básico para personas naturales | Pago único en pesos colombianos</w:t>
      </w:r>
    </w:p>
    <w:p>
      <w:pPr>
        <w:spacing w:after="120"/>
      </w:pPr>
      <w:r>
        <w:rPr>
          <w:b/>
        </w:rPr>
        <w:t>Letra de cambio número: __________________</w:t>
      </w:r>
    </w:p>
    <w:p>
      <w:pPr>
        <w:spacing w:after="120"/>
      </w:pPr>
      <w:r>
        <w:rPr>
          <w:b w:val="0"/>
        </w:rPr>
        <w:t>Lugar de creación: __________________________________________</w:t>
      </w:r>
    </w:p>
    <w:p>
      <w:pPr>
        <w:spacing w:after="120"/>
      </w:pPr>
      <w:r>
        <w:rPr>
          <w:b w:val="0"/>
        </w:rPr>
        <w:t>Fecha de creación (día / mes / año): ____________________________</w:t>
      </w:r>
    </w:p>
    <w:p>
      <w:pPr>
        <w:pStyle w:val="Heading1"/>
        <w:spacing w:before="160" w:after="100"/>
      </w:pPr>
      <w:r>
        <w:t>Orden de pago</w:t>
      </w:r>
    </w:p>
    <w:p>
      <w:pPr>
        <w:spacing w:after="120"/>
      </w:pPr>
      <w:r>
        <w:rPr>
          <w:b w:val="0"/>
        </w:rPr>
        <w:t>Señor o señora (girado): _____________________________________</w:t>
      </w:r>
    </w:p>
    <w:p>
      <w:pPr>
        <w:spacing w:after="120"/>
      </w:pPr>
      <w:r>
        <w:rPr>
          <w:b w:val="0"/>
        </w:rPr>
        <w:t>Documento de identidad del girado: ___________________________</w:t>
      </w:r>
    </w:p>
    <w:p>
      <w:pPr>
        <w:spacing w:after="120"/>
      </w:pPr>
      <w:r>
        <w:rPr>
          <w:b w:val="0"/>
        </w:rPr>
        <w:t>Sírvase pagar incondicionalmente, en un solo pago, a la orden de:</w:t>
      </w:r>
    </w:p>
    <w:p>
      <w:pPr>
        <w:spacing w:after="120"/>
      </w:pPr>
      <w:r>
        <w:rPr>
          <w:b w:val="0"/>
        </w:rPr>
        <w:t>Beneficiario: ______________________________________________</w:t>
      </w:r>
    </w:p>
    <w:p>
      <w:pPr>
        <w:spacing w:after="120"/>
      </w:pPr>
      <w:r>
        <w:rPr>
          <w:b w:val="0"/>
        </w:rPr>
        <w:t>Documento de identidad del beneficiario: _______________________</w:t>
      </w:r>
    </w:p>
    <w:p>
      <w:pPr>
        <w:spacing w:after="120"/>
      </w:pPr>
      <w:r>
        <w:rPr>
          <w:b w:val="0"/>
        </w:rPr>
        <w:t>Valor en letras: ____________________________________________</w:t>
        <w:br/>
        <w:t>_________________________________________________________</w:t>
        <w:br/>
        <w:t>pesos colombianos.</w:t>
      </w:r>
    </w:p>
    <w:p>
      <w:pPr>
        <w:spacing w:after="120"/>
      </w:pPr>
      <w:r>
        <w:rPr>
          <w:b w:val="0"/>
        </w:rPr>
        <w:t>Valor en números: COP $ ___________________________________</w:t>
      </w:r>
    </w:p>
    <w:p>
      <w:pPr>
        <w:spacing w:after="120"/>
      </w:pPr>
      <w:r>
        <w:rPr>
          <w:b w:val="0"/>
        </w:rPr>
        <w:t>Fecha de vencimiento (día / mes / año): ________________________</w:t>
      </w:r>
    </w:p>
    <w:p>
      <w:pPr>
        <w:spacing w:after="120"/>
      </w:pPr>
      <w:r>
        <w:rPr>
          <w:b w:val="0"/>
        </w:rPr>
        <w:t>Lugar de pago (ciudad y dirección): ___________________________</w:t>
        <w:br/>
        <w:t>_________________________________________________________</w:t>
      </w:r>
    </w:p>
    <w:p>
      <w:pPr>
        <w:pStyle w:val="Heading1"/>
        <w:spacing w:before="160" w:after="100"/>
      </w:pPr>
      <w:r>
        <w:t>Girador</w:t>
      </w:r>
    </w:p>
    <w:p>
      <w:pPr>
        <w:spacing w:after="340"/>
      </w:pPr>
      <w:r>
        <w:rPr>
          <w:b/>
        </w:rPr>
        <w:t>Quien emite la orden de pago</w:t>
      </w:r>
    </w:p>
    <w:p>
      <w:pPr>
        <w:spacing w:after="120"/>
      </w:pPr>
      <w:r>
        <w:rPr>
          <w:b w:val="0"/>
        </w:rPr>
        <w:t>Firma: __________________________________________________</w:t>
      </w:r>
    </w:p>
    <w:p>
      <w:pPr>
        <w:spacing w:after="120"/>
      </w:pPr>
      <w:r>
        <w:rPr>
          <w:b w:val="0"/>
        </w:rPr>
        <w:t>Nombre completo: _________________________________________</w:t>
      </w:r>
    </w:p>
    <w:p>
      <w:pPr>
        <w:spacing w:after="180"/>
      </w:pPr>
      <w:r>
        <w:rPr>
          <w:b w:val="0"/>
        </w:rPr>
        <w:t>Documento de identidad: ___________________________________</w:t>
      </w:r>
    </w:p>
    <w:p>
      <w:pPr>
        <w:pStyle w:val="Heading1"/>
        <w:spacing w:before="160" w:after="100"/>
      </w:pPr>
      <w:r>
        <w:t>Aceptación del girado</w:t>
      </w:r>
    </w:p>
    <w:p>
      <w:pPr>
        <w:spacing w:after="120"/>
      </w:pPr>
      <w:r>
        <w:rPr>
          <w:b w:val="0"/>
        </w:rPr>
        <w:t>Acepto la orden de pago contenida en esta letra de cambio.</w:t>
      </w:r>
    </w:p>
    <w:p>
      <w:pPr>
        <w:spacing w:after="340"/>
      </w:pPr>
      <w:r>
        <w:rPr>
          <w:b/>
        </w:rPr>
        <w:t>Aceptante</w:t>
      </w:r>
    </w:p>
    <w:p>
      <w:pPr>
        <w:spacing w:after="120"/>
      </w:pPr>
      <w:r>
        <w:rPr>
          <w:b w:val="0"/>
        </w:rPr>
        <w:t>Firma: __________________________________________________</w:t>
      </w:r>
    </w:p>
    <w:p>
      <w:pPr>
        <w:spacing w:after="160"/>
      </w:pPr>
      <w:r>
        <w:rPr>
          <w:b w:val="0"/>
        </w:rPr>
        <w:t>Fecha de aceptación (día / mes / año): _________________________</w:t>
      </w:r>
    </w:p>
    <w:p>
      <w:pPr>
        <w:spacing w:after="0"/>
      </w:pPr>
      <w:r>
        <w:rPr>
          <w:b w:val="0"/>
          <w:sz w:val="18"/>
        </w:rPr>
        <w:t>Este modelo no incluye pacto de intereses. Si deja en blanco el valor o el vencimiento, complete y firme también la carta de instrucciones de la página siguiente.</w:t>
      </w:r>
    </w:p>
    <w:p>
      <w:r>
        <w:br w:type="page"/>
      </w:r>
    </w:p>
    <w:p>
      <w:pPr>
        <w:pStyle w:val="Title"/>
      </w:pPr>
      <w:r>
        <w:t>Carta de instrucciones</w:t>
      </w:r>
    </w:p>
    <w:p>
      <w:pPr>
        <w:spacing w:after="300"/>
      </w:pPr>
      <w:r>
        <w:rPr>
          <w:b w:val="0"/>
          <w:sz w:val="20"/>
        </w:rPr>
        <w:t>Para la letra de cambio número: __________________</w:t>
      </w:r>
    </w:p>
    <w:p>
      <w:pPr>
        <w:spacing w:after="120"/>
      </w:pPr>
      <w:r>
        <w:rPr>
          <w:b w:val="0"/>
        </w:rPr>
        <w:t>Lugar y fecha de firma: ______________________________________</w:t>
      </w:r>
    </w:p>
    <w:p>
      <w:pPr>
        <w:spacing w:after="120"/>
      </w:pPr>
      <w:r>
        <w:rPr>
          <w:b w:val="0"/>
        </w:rPr>
        <w:t>Quienes firmamos como girador y aceptante del título identificado arriba autorizamos al tenedor legítimo a completar únicamente sus espacios de valor y fecha de vencimiento, si fueron dejados en blanco, de acuerdo con estas instrucciones.</w:t>
      </w:r>
    </w:p>
    <w:p>
      <w:pPr>
        <w:pStyle w:val="Heading1"/>
        <w:spacing w:before="160" w:after="100"/>
      </w:pPr>
      <w:r>
        <w:t>Datos de la obligación</w:t>
      </w:r>
    </w:p>
    <w:p>
      <w:pPr>
        <w:spacing w:after="140"/>
      </w:pPr>
      <w:r>
        <w:rPr>
          <w:b w:val="0"/>
        </w:rPr>
        <w:t>Beneficiario: ______________________________________________</w:t>
      </w:r>
    </w:p>
    <w:p>
      <w:pPr>
        <w:spacing w:after="140"/>
      </w:pPr>
      <w:r>
        <w:rPr>
          <w:b w:val="0"/>
        </w:rPr>
        <w:t>Documento del beneficiario: __________________________________</w:t>
      </w:r>
    </w:p>
    <w:p>
      <w:pPr>
        <w:spacing w:after="140"/>
      </w:pPr>
      <w:r>
        <w:rPr>
          <w:b w:val="0"/>
        </w:rPr>
        <w:t>Origen de la deuda: _________________________________________</w:t>
      </w:r>
    </w:p>
    <w:p>
      <w:pPr>
        <w:spacing w:after="140"/>
      </w:pPr>
      <w:r>
        <w:rPr>
          <w:b w:val="0"/>
        </w:rPr>
        <w:t>Capital adeudado a la fecha de esta carta: COP $ _________________</w:t>
      </w:r>
    </w:p>
    <w:p>
      <w:pPr>
        <w:spacing w:after="180"/>
      </w:pPr>
      <w:r>
        <w:rPr>
          <w:b w:val="0"/>
        </w:rPr>
        <w:t>Fecha de pago acordada (día / mes / año): _______________________</w:t>
      </w:r>
    </w:p>
    <w:p>
      <w:pPr>
        <w:pStyle w:val="Heading1"/>
        <w:spacing w:before="160" w:after="100"/>
      </w:pPr>
      <w:r>
        <w:t>Instrucciones de diligenciamiento</w:t>
      </w:r>
    </w:p>
    <w:p>
      <w:pPr>
        <w:spacing w:after="120"/>
      </w:pPr>
      <w:r>
        <w:rPr>
          <w:b w:val="0"/>
        </w:rPr>
        <w:t>1. El valor en números y letras será el capital indicado en esta carta, descontando los pagos de capital realizados antes del diligenciamiento. No se incorporarán intereses, comisiones, sanciones ni gastos al valor autorizado.</w:t>
      </w:r>
    </w:p>
    <w:p>
      <w:pPr>
        <w:spacing w:after="120"/>
      </w:pPr>
      <w:r>
        <w:rPr>
          <w:b w:val="0"/>
        </w:rPr>
        <w:t>2. La fecha de vencimiento será exactamente la fecha de pago acordada e indicada arriba. El diligenciamiento no autoriza anticiparla ni sustituirla por la fecha en que se complete el título.</w:t>
      </w:r>
    </w:p>
    <w:p>
      <w:pPr>
        <w:spacing w:after="120"/>
      </w:pPr>
      <w:r>
        <w:rPr>
          <w:b w:val="0"/>
        </w:rPr>
        <w:t>3. Los espacios autorizados podrán completarse desde el vencimiento, si existe capital pendiente, antes de presentar el título para su cobro. Esta autorización solo comprende la obligación identificada en esta carta.</w:t>
      </w:r>
    </w:p>
    <w:p>
      <w:pPr>
        <w:spacing w:after="260"/>
      </w:pPr>
      <w:r>
        <w:rPr>
          <w:b w:val="0"/>
          <w:sz w:val="18"/>
        </w:rPr>
        <w:t>Los demás campos del título y todos los datos de esta carta deben quedar diligenciados al firmar. Si el título se firma completamente diligenciado, esta autorización de llenado no se utiliza.</w:t>
      </w:r>
    </w:p>
    <w:p>
      <w:pPr>
        <w:spacing w:after="340"/>
      </w:pPr>
      <w:r>
        <w:rPr>
          <w:b/>
        </w:rPr>
        <w:t>Girador</w:t>
      </w:r>
    </w:p>
    <w:p>
      <w:pPr>
        <w:spacing w:after="120"/>
      </w:pPr>
      <w:r>
        <w:rPr>
          <w:b w:val="0"/>
        </w:rPr>
        <w:t>Firma: __________________________________________________</w:t>
      </w:r>
    </w:p>
    <w:p>
      <w:pPr>
        <w:spacing w:after="340"/>
      </w:pPr>
      <w:r>
        <w:rPr>
          <w:b/>
        </w:rPr>
        <w:t>Aceptante</w:t>
      </w:r>
    </w:p>
    <w:p>
      <w:pPr>
        <w:spacing w:after="120"/>
      </w:pPr>
      <w:r>
        <w:rPr>
          <w:b w:val="0"/>
        </w:rPr>
        <w:t>Firma: __________________________________________________</w:t>
      </w:r>
    </w:p>
    <w:p>
      <w:pPr>
        <w:spacing w:after="120"/>
      </w:pPr>
      <w:r>
        <w:rPr>
          <w:b w:val="0"/>
          <w:sz w:val="18"/>
        </w:rPr>
        <w:t>Firmas de las mismas personas identificadas en la letra de cambio.</w:t>
      </w:r>
    </w:p>
    <w:p>
      <w:pPr>
        <w:spacing w:after="0"/>
      </w:pPr>
      <w:r>
        <w:rPr>
          <w:b w:val="0"/>
          <w:sz w:val="16"/>
        </w:rPr>
        <w:t>Modelo general orientativo. Su uso exige revisar el caso concreto. Referencia normativa: Código de Comercio, artículo 622.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Formato genérico de descarga | Colombia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Arial" w:hAnsi="Arial"/>
      <w:color w:val="000000"/>
      <w:sz w:val="22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lang w:val="es-C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  <w:lang w:val="es-CO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Letra de cambio y carta de instrucciones</dc:title>
  <dc:subject>Modelo genérico para personas naturales y pago único en pesos colombianos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